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2B" w:rsidRPr="009D072B" w:rsidRDefault="00624A2F">
      <w:pPr>
        <w:pStyle w:val="Title"/>
        <w:rPr>
          <w:rFonts w:cstheme="majorHAnsi"/>
        </w:rPr>
      </w:pPr>
      <w:r w:rsidRPr="009D072B">
        <w:rPr>
          <w:rFonts w:cstheme="majorHAnsi"/>
        </w:rPr>
        <w:t>Sujit Sambhaji Yadav</w:t>
      </w:r>
    </w:p>
    <w:p w:rsidR="009D072B" w:rsidRPr="009D072B" w:rsidRDefault="00624A2F" w:rsidP="009D072B">
      <w:pPr>
        <w:spacing w:after="0"/>
        <w:rPr>
          <w:rFonts w:asciiTheme="majorHAnsi" w:hAnsiTheme="majorHAnsi" w:cstheme="majorHAnsi"/>
        </w:rPr>
      </w:pPr>
      <w:r w:rsidRPr="009D072B">
        <w:rPr>
          <w:rFonts w:ascii="Segoe UI Symbol" w:hAnsi="Segoe UI Symbol" w:cs="Segoe UI Symbol"/>
        </w:rPr>
        <w:t>📧</w:t>
      </w:r>
      <w:r w:rsidRPr="009D072B">
        <w:rPr>
          <w:rFonts w:asciiTheme="majorHAnsi" w:hAnsiTheme="majorHAnsi" w:cstheme="majorHAnsi"/>
        </w:rPr>
        <w:t xml:space="preserve"> sujityadavsoft@gmail.com | </w:t>
      </w:r>
      <w:r w:rsidRPr="009D072B">
        <w:rPr>
          <w:rFonts w:ascii="Segoe UI Symbol" w:hAnsi="Segoe UI Symbol" w:cs="Segoe UI Symbol"/>
        </w:rPr>
        <w:t>📱</w:t>
      </w:r>
      <w:r w:rsidRPr="009D072B">
        <w:rPr>
          <w:rFonts w:asciiTheme="majorHAnsi" w:hAnsiTheme="majorHAnsi" w:cstheme="majorHAnsi"/>
        </w:rPr>
        <w:t xml:space="preserve"> +91 8975593718 | </w:t>
      </w:r>
      <w:r w:rsidRPr="009D072B">
        <w:rPr>
          <w:rFonts w:ascii="Segoe UI Symbol" w:hAnsi="Segoe UI Symbol" w:cs="Segoe UI Symbol"/>
        </w:rPr>
        <w:t>📍</w:t>
      </w:r>
      <w:r w:rsidR="009D072B" w:rsidRPr="009D072B">
        <w:rPr>
          <w:rFonts w:asciiTheme="majorHAnsi" w:hAnsiTheme="majorHAnsi" w:cstheme="majorHAnsi"/>
        </w:rPr>
        <w:t xml:space="preserve"> Kolhapur, </w:t>
      </w:r>
      <w:r w:rsidR="009D1F69" w:rsidRPr="009D072B">
        <w:rPr>
          <w:rFonts w:asciiTheme="majorHAnsi" w:hAnsiTheme="majorHAnsi" w:cstheme="majorHAnsi"/>
        </w:rPr>
        <w:t>Maharashtra</w:t>
      </w:r>
    </w:p>
    <w:p w:rsidR="0082102B" w:rsidRPr="009D072B" w:rsidRDefault="00624A2F" w:rsidP="009D072B">
      <w:pPr>
        <w:spacing w:after="0"/>
        <w:rPr>
          <w:rFonts w:asciiTheme="majorHAnsi" w:hAnsiTheme="majorHAnsi" w:cstheme="majorHAnsi"/>
        </w:rPr>
      </w:pPr>
      <w:r w:rsidRPr="009D072B">
        <w:rPr>
          <w:rFonts w:ascii="Segoe UI Symbol" w:hAnsi="Segoe UI Symbol" w:cs="Segoe UI Symbol"/>
        </w:rPr>
        <w:t>💼</w:t>
      </w:r>
      <w:r w:rsidRPr="009D072B">
        <w:rPr>
          <w:rFonts w:asciiTheme="majorHAnsi" w:hAnsiTheme="majorHAnsi" w:cstheme="majorHAnsi"/>
        </w:rPr>
        <w:t xml:space="preserve"> UI / Front-End Developer | React.js </w:t>
      </w:r>
      <w:r w:rsidR="009531E0" w:rsidRPr="009D072B">
        <w:rPr>
          <w:rFonts w:asciiTheme="majorHAnsi" w:hAnsiTheme="majorHAnsi" w:cstheme="majorHAnsi"/>
        </w:rPr>
        <w:t>| Next.js | Tailwind CSS | UI</w:t>
      </w:r>
      <w:r w:rsidRPr="009D072B">
        <w:rPr>
          <w:rFonts w:asciiTheme="majorHAnsi" w:hAnsiTheme="majorHAnsi" w:cstheme="majorHAnsi"/>
        </w:rPr>
        <w:t xml:space="preserve"> Design | Web Application Development</w:t>
      </w:r>
    </w:p>
    <w:p w:rsidR="0082102B" w:rsidRPr="009D072B" w:rsidRDefault="00624A2F">
      <w:pPr>
        <w:pStyle w:val="Heading1"/>
        <w:rPr>
          <w:rFonts w:cstheme="majorHAnsi"/>
        </w:rPr>
      </w:pPr>
      <w:r w:rsidRPr="009D072B">
        <w:rPr>
          <w:rFonts w:cstheme="majorHAnsi"/>
        </w:rPr>
        <w:t>Professional Summary</w:t>
      </w:r>
    </w:p>
    <w:p w:rsidR="0082102B" w:rsidRPr="009D072B" w:rsidRDefault="00624A2F">
      <w:pPr>
        <w:rPr>
          <w:rFonts w:asciiTheme="majorHAnsi" w:hAnsiTheme="majorHAnsi" w:cstheme="majorHAnsi"/>
        </w:rPr>
      </w:pPr>
      <w:proofErr w:type="gramStart"/>
      <w:r w:rsidRPr="009D072B">
        <w:rPr>
          <w:rFonts w:asciiTheme="majorHAnsi" w:hAnsiTheme="majorHAnsi" w:cstheme="majorHAnsi"/>
        </w:rPr>
        <w:t>Results-driven Senior UI/Front-End Developer with over 8</w:t>
      </w:r>
      <w:r w:rsidR="009C2CA4">
        <w:rPr>
          <w:rFonts w:asciiTheme="majorHAnsi" w:hAnsiTheme="majorHAnsi" w:cstheme="majorHAnsi"/>
        </w:rPr>
        <w:t>+</w:t>
      </w:r>
      <w:r w:rsidRPr="009D072B">
        <w:rPr>
          <w:rFonts w:asciiTheme="majorHAnsi" w:hAnsiTheme="majorHAnsi" w:cstheme="majorHAnsi"/>
        </w:rPr>
        <w:t xml:space="preserve"> years of experience designing, developing, and optimizing responsive, user-centric web applications.</w:t>
      </w:r>
      <w:proofErr w:type="gramEnd"/>
      <w:r w:rsidRPr="009D072B">
        <w:rPr>
          <w:rFonts w:asciiTheme="majorHAnsi" w:hAnsiTheme="majorHAnsi" w:cstheme="majorHAnsi"/>
        </w:rPr>
        <w:t xml:space="preserve"> Expert in React.js, Next.js, Tailwind CSS, JavaScript (ES6+), and modern UI frameworks. Skilled in converting high-fidelity Figma prototypes into pixel-perfect, cross-browser-compatible interfaces. Adept at Agile/Scrum collaboration, improving performance, and delivering innovative digital experiences. Proven expertise in UI/UX design, REST API integration, cross-platform optimization, and component-based architecture.</w:t>
      </w:r>
    </w:p>
    <w:p w:rsidR="0082102B" w:rsidRPr="009D072B" w:rsidRDefault="00624A2F">
      <w:pPr>
        <w:pStyle w:val="Heading1"/>
        <w:rPr>
          <w:rFonts w:cstheme="majorHAnsi"/>
        </w:rPr>
      </w:pPr>
      <w:r w:rsidRPr="009D072B">
        <w:rPr>
          <w:rFonts w:cstheme="majorHAnsi"/>
        </w:rPr>
        <w:t>Core Skills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Frontend Development: React.js, Next.js, JavaScript (ES6+), TypeScript, HTML5, CSS3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UI/UX Design: User Interface Design, User Experience Design, Figma, Adobe Photoshop, Wireframing, Prototyping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Styling Frameworks: Tailwind CSS, Bootstrap (3/4/5), PrimeFaces, shadcn/ui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Performance Optimization: Component Rendering, Code Splitting, Lazy Loading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Version Control &amp; Tools: Git, GitHub, Jira, VS Code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Responsive Design: Cross-Browser Compatibility, Mobile-First Design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Development Practices: Agile Methodology, Scrum, Test-Driven Development (TDD)</w:t>
      </w:r>
    </w:p>
    <w:p w:rsidR="008210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Other Skills: SEO Best Practices, Accessibility (WCAG), E-Commerce UI Customization</w:t>
      </w:r>
    </w:p>
    <w:p w:rsidR="009C2CA4" w:rsidRPr="009C2CA4" w:rsidRDefault="009C2CA4" w:rsidP="009C2CA4">
      <w:pPr>
        <w:pStyle w:val="Heading1"/>
        <w:rPr>
          <w:rFonts w:cstheme="majorHAnsi"/>
        </w:rPr>
      </w:pPr>
      <w:r w:rsidRPr="009C2CA4">
        <w:rPr>
          <w:rFonts w:cstheme="majorHAnsi"/>
        </w:rPr>
        <w:t>AI Tools &amp; Productivity</w:t>
      </w:r>
    </w:p>
    <w:p w:rsidR="009C2CA4" w:rsidRPr="009D072B" w:rsidRDefault="009C2CA4" w:rsidP="009C2CA4">
      <w:pPr>
        <w:pStyle w:val="ListBullet"/>
        <w:numPr>
          <w:ilvl w:val="0"/>
          <w:numId w:val="0"/>
        </w:numPr>
        <w:ind w:left="360" w:hanging="360"/>
        <w:rPr>
          <w:rFonts w:asciiTheme="majorHAnsi" w:hAnsiTheme="majorHAnsi" w:cstheme="majorHAnsi"/>
        </w:rPr>
      </w:pPr>
      <w:proofErr w:type="spellStart"/>
      <w:r w:rsidRPr="009C2CA4">
        <w:rPr>
          <w:rFonts w:asciiTheme="majorHAnsi" w:hAnsiTheme="majorHAnsi" w:cstheme="majorHAnsi"/>
        </w:rPr>
        <w:t>ChatGPT</w:t>
      </w:r>
      <w:proofErr w:type="spellEnd"/>
      <w:r w:rsidRPr="009C2CA4">
        <w:rPr>
          <w:rFonts w:asciiTheme="majorHAnsi" w:hAnsiTheme="majorHAnsi" w:cstheme="majorHAnsi"/>
        </w:rPr>
        <w:t xml:space="preserve">, </w:t>
      </w:r>
      <w:proofErr w:type="spellStart"/>
      <w:r w:rsidRPr="009C2CA4">
        <w:rPr>
          <w:rFonts w:asciiTheme="majorHAnsi" w:hAnsiTheme="majorHAnsi" w:cstheme="majorHAnsi"/>
        </w:rPr>
        <w:t>GitHub</w:t>
      </w:r>
      <w:proofErr w:type="spellEnd"/>
      <w:r w:rsidRPr="009C2CA4">
        <w:rPr>
          <w:rFonts w:asciiTheme="majorHAnsi" w:hAnsiTheme="majorHAnsi" w:cstheme="majorHAnsi"/>
        </w:rPr>
        <w:t xml:space="preserve"> Copilot, Claude AI, Cursor AI, Gemini, </w:t>
      </w:r>
      <w:proofErr w:type="spellStart"/>
      <w:r w:rsidRPr="009C2CA4">
        <w:rPr>
          <w:rFonts w:asciiTheme="majorHAnsi" w:hAnsiTheme="majorHAnsi" w:cstheme="majorHAnsi"/>
        </w:rPr>
        <w:t>Figma</w:t>
      </w:r>
      <w:proofErr w:type="spellEnd"/>
      <w:r w:rsidRPr="009C2CA4">
        <w:rPr>
          <w:rFonts w:asciiTheme="majorHAnsi" w:hAnsiTheme="majorHAnsi" w:cstheme="majorHAnsi"/>
        </w:rPr>
        <w:t xml:space="preserve"> AI, AI-assis</w:t>
      </w:r>
      <w:r>
        <w:rPr>
          <w:rFonts w:asciiTheme="majorHAnsi" w:hAnsiTheme="majorHAnsi" w:cstheme="majorHAnsi"/>
        </w:rPr>
        <w:t xml:space="preserve">ted debugging, code generation, </w:t>
      </w:r>
      <w:r w:rsidRPr="009C2CA4">
        <w:rPr>
          <w:rFonts w:asciiTheme="majorHAnsi" w:hAnsiTheme="majorHAnsi" w:cstheme="majorHAnsi"/>
        </w:rPr>
        <w:t>documentation creation, UI prototyping, requirement analysis, and workflow automation</w:t>
      </w:r>
    </w:p>
    <w:p w:rsidR="0082102B" w:rsidRPr="009D072B" w:rsidRDefault="00624A2F">
      <w:pPr>
        <w:pStyle w:val="Heading1"/>
        <w:rPr>
          <w:rFonts w:cstheme="majorHAnsi"/>
        </w:rPr>
      </w:pPr>
      <w:r w:rsidRPr="009D072B">
        <w:rPr>
          <w:rFonts w:cstheme="majorHAnsi"/>
        </w:rPr>
        <w:t>Professional Experience</w:t>
      </w:r>
    </w:p>
    <w:p w:rsidR="0082102B" w:rsidRPr="009D072B" w:rsidRDefault="00624A2F">
      <w:pPr>
        <w:pStyle w:val="Heading3"/>
        <w:rPr>
          <w:rFonts w:cstheme="majorHAnsi"/>
        </w:rPr>
      </w:pPr>
      <w:r w:rsidRPr="009D072B">
        <w:rPr>
          <w:rFonts w:cstheme="majorHAnsi"/>
        </w:rPr>
        <w:t>Senior UI / Front-End Developer – Hexalytics Inc.</w:t>
      </w:r>
    </w:p>
    <w:p w:rsidR="0082102B" w:rsidRPr="009D072B" w:rsidRDefault="00624A2F">
      <w:pPr>
        <w:pStyle w:val="IntenseQuote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 xml:space="preserve">Kolhapur, Maharashtra | </w:t>
      </w:r>
      <w:r w:rsidR="007D78ED">
        <w:rPr>
          <w:rFonts w:asciiTheme="majorHAnsi" w:hAnsiTheme="majorHAnsi" w:cstheme="majorHAnsi"/>
        </w:rPr>
        <w:t>Nov</w:t>
      </w:r>
      <w:r w:rsidRPr="009D072B">
        <w:rPr>
          <w:rFonts w:asciiTheme="majorHAnsi" w:hAnsiTheme="majorHAnsi" w:cstheme="majorHAnsi"/>
        </w:rPr>
        <w:t xml:space="preserve"> 2021 – Present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Develop high-performance, scalable web applications using React.js, Next.js, TypeScript, and Tailwind CSS.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Implement reusable UI components, hooks, and custom styling to enhance maintainability and scalability.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Collaborate with UI/UX designers to convert Figma prototypes into responsive, pixel-perfect web interfaces.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Optimize front-end performance through lazy loading, memoization, and bundle optimization.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Integrate REST APIs and ensure seamless data flow between front-end and back-end systems.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Conduct code reviews, mentor junior developers, and enforce best coding practices.</w:t>
      </w:r>
    </w:p>
    <w:p w:rsidR="007D78ED" w:rsidRDefault="007D78ED">
      <w:pPr>
        <w:pStyle w:val="Heading3"/>
        <w:rPr>
          <w:rFonts w:cstheme="majorHAnsi"/>
        </w:rPr>
      </w:pPr>
    </w:p>
    <w:p w:rsidR="009C2CA4" w:rsidRPr="009C2CA4" w:rsidRDefault="009C2CA4" w:rsidP="009C2CA4"/>
    <w:p w:rsidR="0082102B" w:rsidRPr="009D072B" w:rsidRDefault="00624A2F">
      <w:pPr>
        <w:pStyle w:val="Heading3"/>
        <w:rPr>
          <w:rFonts w:cstheme="majorHAnsi"/>
        </w:rPr>
      </w:pPr>
      <w:r w:rsidRPr="009D072B">
        <w:rPr>
          <w:rFonts w:cstheme="majorHAnsi"/>
        </w:rPr>
        <w:lastRenderedPageBreak/>
        <w:t xml:space="preserve">UI/UX Developer – </w:t>
      </w:r>
      <w:proofErr w:type="spellStart"/>
      <w:r w:rsidR="00FE2A63">
        <w:rPr>
          <w:rFonts w:cstheme="majorHAnsi"/>
        </w:rPr>
        <w:t>Vizzip</w:t>
      </w:r>
      <w:proofErr w:type="spellEnd"/>
      <w:r w:rsidR="00FE2A63">
        <w:rPr>
          <w:rFonts w:cstheme="majorHAnsi"/>
        </w:rPr>
        <w:t xml:space="preserve"> (</w:t>
      </w:r>
      <w:proofErr w:type="spellStart"/>
      <w:r w:rsidRPr="009D072B">
        <w:rPr>
          <w:rFonts w:cstheme="majorHAnsi"/>
        </w:rPr>
        <w:t>Edbrix</w:t>
      </w:r>
      <w:proofErr w:type="spellEnd"/>
      <w:r w:rsidR="00FE2A63">
        <w:rPr>
          <w:rFonts w:cstheme="majorHAnsi"/>
        </w:rPr>
        <w:t>)</w:t>
      </w:r>
      <w:r w:rsidR="009D1F69">
        <w:rPr>
          <w:rFonts w:cstheme="majorHAnsi"/>
        </w:rPr>
        <w:t xml:space="preserve"> (only </w:t>
      </w:r>
      <w:r w:rsidR="009D1F69" w:rsidRPr="009D1F69">
        <w:rPr>
          <w:rFonts w:cstheme="majorHAnsi"/>
        </w:rPr>
        <w:t>payroll</w:t>
      </w:r>
      <w:r w:rsidR="009D1F69">
        <w:rPr>
          <w:rFonts w:cstheme="majorHAnsi"/>
        </w:rPr>
        <w:t xml:space="preserve"> change)</w:t>
      </w:r>
    </w:p>
    <w:p w:rsidR="0082102B" w:rsidRPr="009D072B" w:rsidRDefault="00624A2F">
      <w:pPr>
        <w:pStyle w:val="IntenseQuote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 xml:space="preserve">Kolhapur, Maharashtra | Jun 2019 – Nov </w:t>
      </w:r>
      <w:r w:rsidR="007D78ED">
        <w:rPr>
          <w:rFonts w:asciiTheme="majorHAnsi" w:hAnsiTheme="majorHAnsi" w:cstheme="majorHAnsi"/>
        </w:rPr>
        <w:t>2021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Designed and developed responsive web applications using HTML5, CSS3, and JavaScript.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Created wireframes, mockups, and interactive prototypes with Figma.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Optimized web pages for speed and mobile compatibility using responsive design principles.</w:t>
      </w:r>
    </w:p>
    <w:p w:rsidR="008210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Conducted usability testing to validate design decisions and improve user experience.</w:t>
      </w:r>
    </w:p>
    <w:p w:rsidR="007D78ED" w:rsidRPr="009D072B" w:rsidRDefault="007D78ED" w:rsidP="007D78ED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</w:rPr>
      </w:pPr>
    </w:p>
    <w:p w:rsidR="0082102B" w:rsidRPr="009D072B" w:rsidRDefault="00624A2F">
      <w:pPr>
        <w:pStyle w:val="Heading3"/>
        <w:rPr>
          <w:rFonts w:cstheme="majorHAnsi"/>
        </w:rPr>
      </w:pPr>
      <w:r w:rsidRPr="009D072B">
        <w:rPr>
          <w:rFonts w:cstheme="majorHAnsi"/>
        </w:rPr>
        <w:t>UI Developer – NOBLETREE</w:t>
      </w:r>
    </w:p>
    <w:p w:rsidR="0082102B" w:rsidRPr="009D072B" w:rsidRDefault="00624A2F">
      <w:pPr>
        <w:pStyle w:val="IntenseQuote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Pune, Maharashtra | Jan 2018 – Feb 2019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Designed UI mockups, wireframes, and prototypes for client projects.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Converted PSD designs into fully functional HTML5/CSS3/JavaScript responsive websites.</w:t>
      </w:r>
    </w:p>
    <w:p w:rsidR="008210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Maintained existing applications and enhanced UI functionality.</w:t>
      </w:r>
    </w:p>
    <w:p w:rsidR="007D78ED" w:rsidRPr="009D072B" w:rsidRDefault="007D78ED" w:rsidP="007D78ED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</w:rPr>
      </w:pPr>
    </w:p>
    <w:p w:rsidR="007D78ED" w:rsidRPr="009D072B" w:rsidRDefault="007D78ED" w:rsidP="007D78ED">
      <w:pPr>
        <w:pStyle w:val="Heading3"/>
        <w:rPr>
          <w:rFonts w:cstheme="majorHAnsi"/>
        </w:rPr>
      </w:pPr>
      <w:r w:rsidRPr="009D072B">
        <w:rPr>
          <w:rFonts w:cstheme="majorHAnsi"/>
        </w:rPr>
        <w:t xml:space="preserve">UI Developer – </w:t>
      </w:r>
      <w:r>
        <w:rPr>
          <w:rFonts w:cstheme="majorHAnsi"/>
        </w:rPr>
        <w:t xml:space="preserve">Green </w:t>
      </w:r>
      <w:proofErr w:type="spellStart"/>
      <w:r>
        <w:rPr>
          <w:rFonts w:cstheme="majorHAnsi"/>
        </w:rPr>
        <w:t>Chillies</w:t>
      </w:r>
      <w:proofErr w:type="spellEnd"/>
      <w:r>
        <w:rPr>
          <w:rFonts w:cstheme="majorHAnsi"/>
        </w:rPr>
        <w:t xml:space="preserve"> Software Solution </w:t>
      </w:r>
    </w:p>
    <w:p w:rsidR="007D78ED" w:rsidRPr="009D072B" w:rsidRDefault="007D78ED" w:rsidP="007D78ED">
      <w:pPr>
        <w:pStyle w:val="IntenseQuote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Sangli</w:t>
      </w:r>
      <w:proofErr w:type="spellEnd"/>
      <w:r w:rsidRPr="009D072B">
        <w:rPr>
          <w:rFonts w:asciiTheme="majorHAnsi" w:hAnsiTheme="majorHAnsi" w:cstheme="majorHAnsi"/>
        </w:rPr>
        <w:t xml:space="preserve">, Maharashtra | </w:t>
      </w:r>
      <w:proofErr w:type="gramStart"/>
      <w:r>
        <w:rPr>
          <w:rFonts w:asciiTheme="majorHAnsi" w:hAnsiTheme="majorHAnsi" w:cstheme="majorHAnsi"/>
        </w:rPr>
        <w:t xml:space="preserve">Oct </w:t>
      </w:r>
      <w:r w:rsidRPr="009D072B">
        <w:rPr>
          <w:rFonts w:asciiTheme="majorHAnsi" w:hAnsiTheme="majorHAnsi" w:cstheme="majorHAnsi"/>
        </w:rPr>
        <w:t xml:space="preserve"> 201</w:t>
      </w:r>
      <w:r>
        <w:rPr>
          <w:rFonts w:asciiTheme="majorHAnsi" w:hAnsiTheme="majorHAnsi" w:cstheme="majorHAnsi"/>
        </w:rPr>
        <w:t>6</w:t>
      </w:r>
      <w:proofErr w:type="gramEnd"/>
      <w:r w:rsidRPr="009D072B">
        <w:rPr>
          <w:rFonts w:asciiTheme="majorHAnsi" w:hAnsiTheme="majorHAnsi" w:cstheme="majorHAnsi"/>
        </w:rPr>
        <w:t xml:space="preserve"> – </w:t>
      </w:r>
      <w:r>
        <w:rPr>
          <w:rFonts w:asciiTheme="majorHAnsi" w:hAnsiTheme="majorHAnsi" w:cstheme="majorHAnsi"/>
        </w:rPr>
        <w:t>Dec</w:t>
      </w:r>
      <w:r w:rsidRPr="009D072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2017</w:t>
      </w:r>
    </w:p>
    <w:p w:rsidR="007D78ED" w:rsidRPr="007D78ED" w:rsidRDefault="007D78ED" w:rsidP="007D78ED">
      <w:pPr>
        <w:pStyle w:val="ListBullet"/>
      </w:pPr>
      <w:r w:rsidRPr="007D78ED">
        <w:rPr>
          <w:rFonts w:asciiTheme="majorHAnsi" w:hAnsiTheme="majorHAnsi" w:cstheme="majorHAnsi"/>
        </w:rPr>
        <w:t>Created website layouts, templates, and graphic assets in Photoshop</w:t>
      </w:r>
      <w:r>
        <w:rPr>
          <w:rFonts w:asciiTheme="majorHAnsi" w:hAnsiTheme="majorHAnsi" w:cstheme="majorHAnsi"/>
        </w:rPr>
        <w:t xml:space="preserve"> </w:t>
      </w:r>
    </w:p>
    <w:p w:rsidR="007D78ED" w:rsidRDefault="007D78ED" w:rsidP="007D78ED">
      <w:pPr>
        <w:pStyle w:val="ListBullet"/>
        <w:rPr>
          <w:rFonts w:asciiTheme="majorHAnsi" w:hAnsiTheme="majorHAnsi" w:cstheme="majorHAnsi"/>
        </w:rPr>
      </w:pPr>
      <w:r w:rsidRPr="007D78ED">
        <w:rPr>
          <w:rFonts w:asciiTheme="majorHAnsi" w:hAnsiTheme="majorHAnsi" w:cstheme="majorHAnsi"/>
        </w:rPr>
        <w:t>Converted PSD designs into fully functional HTML5/CSS3/JavaScript responsive websites.</w:t>
      </w:r>
    </w:p>
    <w:p w:rsidR="007D78ED" w:rsidRDefault="007D78ED" w:rsidP="007D78ED">
      <w:pPr>
        <w:pStyle w:val="ListBullet"/>
        <w:rPr>
          <w:rFonts w:asciiTheme="majorHAnsi" w:hAnsiTheme="majorHAnsi" w:cstheme="majorHAnsi"/>
        </w:rPr>
      </w:pPr>
      <w:r w:rsidRPr="007D78ED">
        <w:rPr>
          <w:rFonts w:asciiTheme="majorHAnsi" w:hAnsiTheme="majorHAnsi" w:cstheme="majorHAnsi"/>
        </w:rPr>
        <w:t>Researched UI trends and applied innovative design techniques to improve user engagement.</w:t>
      </w:r>
    </w:p>
    <w:p w:rsidR="007D78ED" w:rsidRPr="007D78ED" w:rsidRDefault="007D78ED" w:rsidP="009C2CA4">
      <w:pPr>
        <w:pStyle w:val="ListBullet"/>
        <w:numPr>
          <w:ilvl w:val="0"/>
          <w:numId w:val="0"/>
        </w:numPr>
        <w:ind w:left="360"/>
        <w:rPr>
          <w:rFonts w:asciiTheme="majorHAnsi" w:hAnsiTheme="majorHAnsi" w:cstheme="majorHAnsi"/>
        </w:rPr>
      </w:pPr>
      <w:bookmarkStart w:id="0" w:name="_GoBack"/>
      <w:bookmarkEnd w:id="0"/>
    </w:p>
    <w:p w:rsidR="0082102B" w:rsidRPr="009D072B" w:rsidRDefault="00624A2F">
      <w:pPr>
        <w:pStyle w:val="Heading3"/>
        <w:rPr>
          <w:rFonts w:cstheme="majorHAnsi"/>
        </w:rPr>
      </w:pPr>
      <w:r w:rsidRPr="009D072B">
        <w:rPr>
          <w:rFonts w:cstheme="majorHAnsi"/>
        </w:rPr>
        <w:t>Independent Developer – Self-Employed</w:t>
      </w:r>
    </w:p>
    <w:p w:rsidR="0082102B" w:rsidRPr="009D072B" w:rsidRDefault="00624A2F">
      <w:pPr>
        <w:pStyle w:val="IntenseQuote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Ichalkaranji, Maharashtra | Sept 2015 – Aug 2016</w:t>
      </w:r>
    </w:p>
    <w:p w:rsidR="0082102B" w:rsidRPr="009D072B" w:rsidRDefault="00624A2F" w:rsidP="009D072B">
      <w:pPr>
        <w:pStyle w:val="ListBullet"/>
        <w:spacing w:after="0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Developed 'Digital Panchayat' software for taxation and billing in Gram Panchayats.</w:t>
      </w:r>
    </w:p>
    <w:p w:rsidR="0082102B" w:rsidRPr="009D072B" w:rsidRDefault="00624A2F" w:rsidP="009D072B">
      <w:pPr>
        <w:pStyle w:val="ListBullet"/>
        <w:spacing w:after="0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Handled requirement gathering, UI design, development, and testing.</w:t>
      </w:r>
    </w:p>
    <w:p w:rsidR="0082102B" w:rsidRPr="009D072B" w:rsidRDefault="00624A2F">
      <w:pPr>
        <w:pStyle w:val="Heading1"/>
        <w:rPr>
          <w:rFonts w:cstheme="majorHAnsi"/>
        </w:rPr>
      </w:pPr>
      <w:r w:rsidRPr="009D072B">
        <w:rPr>
          <w:rFonts w:cstheme="majorHAnsi"/>
        </w:rPr>
        <w:t>Education</w:t>
      </w:r>
    </w:p>
    <w:p w:rsidR="0082102B" w:rsidRPr="009D072B" w:rsidRDefault="00624A2F" w:rsidP="009D072B">
      <w:pPr>
        <w:pStyle w:val="ListBullet"/>
        <w:spacing w:after="0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B.Com – Shivaji University (2016)</w:t>
      </w:r>
    </w:p>
    <w:p w:rsidR="0082102B" w:rsidRPr="009D072B" w:rsidRDefault="00624A2F">
      <w:pPr>
        <w:pStyle w:val="Heading1"/>
        <w:rPr>
          <w:rFonts w:cstheme="majorHAnsi"/>
        </w:rPr>
      </w:pPr>
      <w:r w:rsidRPr="009D072B">
        <w:rPr>
          <w:rFonts w:cstheme="majorHAnsi"/>
        </w:rPr>
        <w:t>Certifications</w:t>
      </w:r>
    </w:p>
    <w:p w:rsidR="0082102B" w:rsidRPr="009D072B" w:rsidRDefault="00624A2F" w:rsidP="009D072B">
      <w:pPr>
        <w:pStyle w:val="ListBullet"/>
        <w:spacing w:after="0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ASP.NET, C#.NET, Web Programming – NetSoft Tech, Kolhapur</w:t>
      </w:r>
    </w:p>
    <w:p w:rsidR="0082102B" w:rsidRPr="009D072B" w:rsidRDefault="00624A2F" w:rsidP="009D072B">
      <w:pPr>
        <w:pStyle w:val="ListBullet"/>
        <w:spacing w:after="0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Tally ERP.9, Oracle 11g Certified</w:t>
      </w:r>
    </w:p>
    <w:p w:rsidR="0082102B" w:rsidRPr="009D072B" w:rsidRDefault="00624A2F">
      <w:pPr>
        <w:pStyle w:val="Heading1"/>
        <w:rPr>
          <w:rFonts w:cstheme="majorHAnsi"/>
        </w:rPr>
      </w:pPr>
      <w:r w:rsidRPr="009D072B">
        <w:rPr>
          <w:rFonts w:cstheme="majorHAnsi"/>
        </w:rPr>
        <w:t>Languages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English</w:t>
      </w:r>
    </w:p>
    <w:p w:rsidR="0082102B" w:rsidRPr="009D072B" w:rsidRDefault="00624A2F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Hindi</w:t>
      </w:r>
    </w:p>
    <w:p w:rsidR="0082102B" w:rsidRPr="009D072B" w:rsidRDefault="00624A2F" w:rsidP="00C62B3D">
      <w:pPr>
        <w:pStyle w:val="ListBullet"/>
        <w:rPr>
          <w:rFonts w:asciiTheme="majorHAnsi" w:hAnsiTheme="majorHAnsi" w:cstheme="majorHAnsi"/>
        </w:rPr>
      </w:pPr>
      <w:r w:rsidRPr="009D072B">
        <w:rPr>
          <w:rFonts w:asciiTheme="majorHAnsi" w:hAnsiTheme="majorHAnsi" w:cstheme="majorHAnsi"/>
        </w:rPr>
        <w:t>Marathi</w:t>
      </w:r>
    </w:p>
    <w:sectPr w:rsidR="0082102B" w:rsidRPr="009D072B" w:rsidSect="00624A2F">
      <w:pgSz w:w="11907" w:h="16839" w:code="9"/>
      <w:pgMar w:top="680" w:right="720" w:bottom="6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6D3AE1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2231"/>
    <w:rsid w:val="00227246"/>
    <w:rsid w:val="0029639D"/>
    <w:rsid w:val="00326F90"/>
    <w:rsid w:val="00624A2F"/>
    <w:rsid w:val="007D78ED"/>
    <w:rsid w:val="0082102B"/>
    <w:rsid w:val="009531E0"/>
    <w:rsid w:val="009C2CA4"/>
    <w:rsid w:val="009D072B"/>
    <w:rsid w:val="009D1F69"/>
    <w:rsid w:val="00A04EC1"/>
    <w:rsid w:val="00AA1D8D"/>
    <w:rsid w:val="00B47730"/>
    <w:rsid w:val="00CB0664"/>
    <w:rsid w:val="00CB7584"/>
    <w:rsid w:val="00D76551"/>
    <w:rsid w:val="00FC693F"/>
    <w:rsid w:val="00FE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7AF6D4-743E-4EDF-9CCC-B1E2FC339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DellOptiplex</cp:lastModifiedBy>
  <cp:revision>5</cp:revision>
  <dcterms:created xsi:type="dcterms:W3CDTF">2025-09-16T16:55:00Z</dcterms:created>
  <dcterms:modified xsi:type="dcterms:W3CDTF">2026-06-10T10:52:00Z</dcterms:modified>
  <cp:category/>
</cp:coreProperties>
</file>